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Benefits Realization Plan</w:t>
      </w:r>
    </w:p>
    <w:p>
      <w:pPr>
        <w:pStyle w:val="Heading1"/>
      </w:pPr>
      <w:r>
        <w:rPr>
          <w:color w:val="2E74B5"/>
        </w:rPr>
        <w:t>Basic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Project Name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Project Sponsor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Prepared By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Plan Period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Benefits Register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Benefit ID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Type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Target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Baseline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B-001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Financial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B-002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Financial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B-003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Non-financial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B-004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Non-financial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Measurement Approach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Benefit ID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KPI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Data Source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Measurement Method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B-001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B-002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B-003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B-004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Realization Timeline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Benefit ID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Short-term (1–6 months)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Mid-term (6–12 months)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Long-term (12+ months)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B-001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B-002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B-003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B-004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Benefit Owners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Benefit ID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Benefit Owner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Responsibilities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Reports To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B-001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B-002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B-003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B-004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