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エスカレーションメール</w:t>
      </w:r>
    </w:p>
    <w:p>
      <w:pPr>
        <w:pStyle w:val="Heading1"/>
      </w:pPr>
      <w:r>
        <w:rPr>
          <w:color w:val="2E74B5"/>
        </w:rPr>
        <w:t>件名テンプレート</w:t>
      </w:r>
    </w:p>
    <w:p>
      <w:r>
        <w:t>【緊急】[問題の種類]：[プロジェクト名] ─ [要求アクション]が必要</w:t>
      </w:r>
    </w:p>
    <w:p/>
    <w:p>
      <w:pPr>
        <w:pStyle w:val="Heading1"/>
      </w:pPr>
      <w:r>
        <w:rPr>
          <w:color w:val="2E74B5"/>
        </w:rPr>
        <w:t>宛先・差出人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To（宛先）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CC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From（差出人）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Date（送信日）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現状説明（Current Situation）</w:t>
      </w:r>
    </w:p>
    <w:p>
      <w:r>
        <w:t>（問題の内容を2〜3文で記載する。いつ・何が・なぜ発生したかを明確に書く）</w:t>
      </w:r>
    </w:p>
    <w:p/>
    <w:p>
      <w:pPr>
        <w:pStyle w:val="Heading1"/>
      </w:pPr>
      <w:r>
        <w:rPr>
          <w:color w:val="2E74B5"/>
        </w:rPr>
        <w:t>影響範囲（Business Impact）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影響内容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スケジュール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コスト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ビジネス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要求アクション（Requested Action）</w:t>
      </w:r>
    </w:p>
    <w:p>
      <w:pPr>
        <w:pStyle w:val="ListNumber"/>
      </w:pPr>
      <w:r>
        <w:t>1. [アクション]：期日 [日付]</w:t>
      </w:r>
    </w:p>
    <w:p>
      <w:pPr>
        <w:pStyle w:val="ListNumber"/>
      </w:pPr>
      <w:r>
        <w:t>2. [アクション]：期日 [日付]</w:t>
      </w:r>
    </w:p>
    <w:p>
      <w:pPr>
        <w:pStyle w:val="ListNumber"/>
      </w:pPr>
      <w:r>
        <w:t>3. [アクション]：期日 [日付]</w:t>
      </w:r>
    </w:p>
    <w:p/>
    <w:p>
      <w:pPr>
        <w:pStyle w:val="Heading1"/>
      </w:pPr>
      <w:r>
        <w:rPr>
          <w:color w:val="2E74B5"/>
        </w:rPr>
        <w:t>提案オプション（Proposed Options）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オプション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メリット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デメリット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A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r>
        <w:t>チームとしての推奨：オプション（　）を推奨します。最終判断は [氏名] さんにお願いしたいです。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